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1A2B"/>
          <w:sz w:val="36"/>
        </w:rPr>
        <w:t>Consentimiento informado</w:t>
      </w:r>
    </w:p>
    <w:p>
      <w:r>
        <w:rPr>
          <w:color w:val="555555"/>
          <w:sz w:val="18"/>
        </w:rPr>
        <w:t>Tratamientos estéticos faciales y corporales · Centro: [nombre y logo de tu centro]     N.° de ficha: ______     Fecha: ___/___/______</w:t>
      </w:r>
    </w:p>
    <w:p>
      <w:pPr>
        <w:spacing w:before="160"/>
        <w:shd w:val="clear" w:color="auto" w:fill="0F1A2B"/>
      </w:pPr>
      <w:r>
        <w:rPr>
          <w:b/>
          <w:color w:val="FFFFFF"/>
          <w:sz w:val="22"/>
        </w:rPr>
        <w:t xml:space="preserve"> 1. Datos de la paciente</w:t>
      </w:r>
    </w:p>
    <w:p>
      <w:pPr>
        <w:spacing w:before="120"/>
      </w:pPr>
      <w:r>
        <w:rPr>
          <w:color w:val="555555"/>
          <w:sz w:val="17"/>
        </w:rPr>
        <w:t xml:space="preserve">Nombre completo: </w:t>
      </w:r>
      <w:r>
        <w:t>___________________________________</w:t>
      </w:r>
      <w:r>
        <w:rPr>
          <w:color w:val="555555"/>
          <w:sz w:val="17"/>
        </w:rPr>
        <w:t xml:space="preserve">     RUT: </w:t>
      </w:r>
      <w:r>
        <w:t>___________________________________</w:t>
      </w:r>
    </w:p>
    <w:p>
      <w:pPr>
        <w:spacing w:before="120"/>
      </w:pPr>
      <w:r>
        <w:rPr>
          <w:color w:val="555555"/>
          <w:sz w:val="17"/>
        </w:rPr>
        <w:t xml:space="preserve">Fecha de nacimiento: </w:t>
      </w:r>
      <w:r>
        <w:t>_______________________</w:t>
      </w:r>
      <w:r>
        <w:rPr>
          <w:color w:val="555555"/>
          <w:sz w:val="17"/>
        </w:rPr>
        <w:t xml:space="preserve">     Teléfono: </w:t>
      </w:r>
      <w:r>
        <w:t>_______________________</w:t>
      </w:r>
      <w:r>
        <w:rPr>
          <w:color w:val="555555"/>
          <w:sz w:val="17"/>
        </w:rPr>
        <w:t xml:space="preserve">     Correo: </w:t>
      </w:r>
      <w:r>
        <w:t>_______________________</w:t>
      </w:r>
    </w:p>
    <w:p>
      <w:pPr>
        <w:spacing w:before="120"/>
      </w:pPr>
      <w:r>
        <w:rPr>
          <w:color w:val="555555"/>
          <w:sz w:val="17"/>
        </w:rPr>
        <w:t xml:space="preserve">Si es menor de edad: nombre y RUT de la madre, padre o tutor: </w:t>
      </w:r>
      <w:r>
        <w:t>______________________________________________________________________</w:t>
      </w:r>
    </w:p>
    <w:p>
      <w:pPr>
        <w:spacing w:before="160"/>
        <w:shd w:val="clear" w:color="auto" w:fill="0F1A2B"/>
      </w:pPr>
      <w:r>
        <w:rPr>
          <w:b/>
          <w:color w:val="FFFFFF"/>
          <w:sz w:val="22"/>
        </w:rPr>
        <w:t xml:space="preserve"> 2. Tratamiento que se realizará</w:t>
      </w:r>
    </w:p>
    <w:p>
      <w:pPr>
        <w:spacing w:before="120"/>
      </w:pPr>
      <w:r>
        <w:rPr>
          <w:color w:val="555555"/>
          <w:sz w:val="17"/>
        </w:rPr>
        <w:t xml:space="preserve">Tratamiento: </w:t>
      </w:r>
      <w:r>
        <w:t>___________________________________</w:t>
      </w:r>
      <w:r>
        <w:rPr>
          <w:color w:val="555555"/>
          <w:sz w:val="17"/>
        </w:rPr>
        <w:t xml:space="preserve">     Zona: </w:t>
      </w:r>
      <w:r>
        <w:t>___________________________________</w:t>
      </w:r>
    </w:p>
    <w:p>
      <w:pPr>
        <w:spacing w:before="120"/>
      </w:pPr>
      <w:r>
        <w:rPr>
          <w:color w:val="555555"/>
          <w:sz w:val="17"/>
        </w:rPr>
        <w:t xml:space="preserve">N.° de sesiones: </w:t>
      </w:r>
      <w:r>
        <w:t>_______________________</w:t>
      </w:r>
      <w:r>
        <w:rPr>
          <w:color w:val="555555"/>
          <w:sz w:val="17"/>
        </w:rPr>
        <w:t xml:space="preserve">     Frecuencia: </w:t>
      </w:r>
      <w:r>
        <w:t>_______________________</w:t>
      </w:r>
      <w:r>
        <w:rPr>
          <w:color w:val="555555"/>
          <w:sz w:val="17"/>
        </w:rPr>
        <w:t xml:space="preserve">     Profesional: </w:t>
      </w:r>
      <w:r>
        <w:t>_______________________</w:t>
      </w:r>
    </w:p>
    <w:p>
      <w:pPr>
        <w:spacing w:before="120"/>
      </w:pPr>
      <w:r>
        <w:rPr>
          <w:color w:val="555555"/>
          <w:sz w:val="17"/>
        </w:rPr>
        <w:t xml:space="preserve">En qué consiste y resultado esperado: </w:t>
      </w:r>
      <w:r>
        <w:t>______________________________________________________________________</w:t>
      </w:r>
    </w:p>
    <w:p>
      <w:pPr>
        <w:spacing w:before="120"/>
      </w:pPr>
      <w:r>
        <w:rPr>
          <w:color w:val="555555"/>
          <w:sz w:val="17"/>
        </w:rPr>
        <w:t xml:space="preserve">Efectos posibles (ver anexo del tratamiento): </w:t>
      </w:r>
      <w:r>
        <w:t>______________________________________________________________________</w:t>
      </w:r>
    </w:p>
    <w:p>
      <w:pPr>
        <w:spacing w:before="120"/>
      </w:pPr>
      <w:r>
        <w:rPr>
          <w:color w:val="555555"/>
          <w:sz w:val="17"/>
        </w:rPr>
        <w:t xml:space="preserve">Alternativas, incluida la de no realizarlo: </w:t>
      </w:r>
      <w:r>
        <w:t>______________________________________________________________________</w:t>
      </w:r>
    </w:p>
    <w:p>
      <w:pPr>
        <w:spacing w:before="160"/>
        <w:shd w:val="clear" w:color="auto" w:fill="0F1A2B"/>
      </w:pPr>
      <w:r>
        <w:rPr>
          <w:b/>
          <w:color w:val="FFFFFF"/>
          <w:sz w:val="22"/>
        </w:rPr>
        <w:t xml:space="preserve"> 3. Antecedentes que declaro</w:t>
      </w:r>
    </w:p>
    <w:p>
      <w:r>
        <w:rPr>
          <w:sz w:val="22"/>
        </w:rPr>
        <w:t xml:space="preserve">☐  </w:t>
      </w:r>
      <w:r>
        <w:t>Embarazo o lactancia</w:t>
      </w:r>
    </w:p>
    <w:p>
      <w:r>
        <w:rPr>
          <w:sz w:val="22"/>
        </w:rPr>
        <w:t xml:space="preserve">☐  </w:t>
      </w:r>
      <w:r>
        <w:t>Alergias (medicamentos, cosméticos, látex)</w:t>
      </w:r>
    </w:p>
    <w:p>
      <w:r>
        <w:rPr>
          <w:sz w:val="22"/>
        </w:rPr>
        <w:t xml:space="preserve">☐  </w:t>
      </w:r>
      <w:r>
        <w:t>Medicamentos actuales</w:t>
      </w:r>
    </w:p>
    <w:p>
      <w:r>
        <w:rPr>
          <w:sz w:val="22"/>
        </w:rPr>
        <w:t xml:space="preserve">☐  </w:t>
      </w:r>
      <w:r>
        <w:t>Isotretinoína en los últimos 6 meses</w:t>
      </w:r>
    </w:p>
    <w:p>
      <w:r>
        <w:rPr>
          <w:sz w:val="22"/>
        </w:rPr>
        <w:t xml:space="preserve">☐  </w:t>
      </w:r>
      <w:r>
        <w:t>Herpes recurrente</w:t>
      </w:r>
    </w:p>
    <w:p>
      <w:r>
        <w:rPr>
          <w:sz w:val="22"/>
        </w:rPr>
        <w:t xml:space="preserve">☐  </w:t>
      </w:r>
      <w:r>
        <w:t>Diabetes o problemas de cicatrización</w:t>
      </w:r>
    </w:p>
    <w:p>
      <w:r>
        <w:rPr>
          <w:sz w:val="22"/>
        </w:rPr>
        <w:t xml:space="preserve">☐  </w:t>
      </w:r>
      <w:r>
        <w:t>Marcapasos o implantes metálicos</w:t>
      </w:r>
    </w:p>
    <w:p>
      <w:r>
        <w:rPr>
          <w:sz w:val="22"/>
        </w:rPr>
        <w:t xml:space="preserve">☐  </w:t>
      </w:r>
      <w:r>
        <w:t>Enfermedad de la piel en la zona</w:t>
      </w:r>
    </w:p>
    <w:p>
      <w:r>
        <w:rPr>
          <w:sz w:val="22"/>
        </w:rPr>
        <w:t xml:space="preserve">☐  </w:t>
      </w:r>
      <w:r>
        <w:t>Tratamientos estéticos recientes</w:t>
      </w:r>
    </w:p>
    <w:p>
      <w:pPr>
        <w:spacing w:before="120"/>
      </w:pPr>
      <w:r>
        <w:rPr>
          <w:color w:val="555555"/>
          <w:sz w:val="17"/>
        </w:rPr>
        <w:t xml:space="preserve">Detalle de lo marcado: </w:t>
      </w:r>
      <w:r>
        <w:t>______________________________________________________________________</w:t>
      </w:r>
    </w:p>
    <w:p>
      <w:pPr>
        <w:spacing w:before="160"/>
        <w:shd w:val="clear" w:color="auto" w:fill="0F1A2B"/>
      </w:pPr>
      <w:r>
        <w:rPr>
          <w:b/>
          <w:color w:val="FFFFFF"/>
          <w:sz w:val="22"/>
        </w:rPr>
        <w:t xml:space="preserve"> 4. Declaración</w:t>
      </w:r>
    </w:p>
    <w:p>
      <w:r>
        <w:rPr>
          <w:b w:val="0"/>
          <w:sz w:val="20"/>
        </w:rPr>
        <w:t>Declaro que se me explicó en palabras que entiendo en qué consiste el tratamiento, el resultado que se puede esperar, sus efectos posibles, las alternativas y los cuidados antes y después, y que pude hacer todas mis preguntas.</w:t>
      </w:r>
    </w:p>
    <w:p>
      <w:r>
        <w:rPr>
          <w:b w:val="0"/>
          <w:sz w:val="20"/>
        </w:rPr>
        <w:t>Declaro que la información de mis antecedentes es verdadera y completa, y que avisaré cualquier cambio antes de cada sesión. Entiendo que no seguir los cuidados indicados puede cambiar el resultado.</w:t>
      </w:r>
    </w:p>
    <w:p>
      <w:r>
        <w:rPr>
          <w:b w:val="0"/>
          <w:sz w:val="20"/>
        </w:rPr>
        <w:t>Sé que puedo decidir no continuar con el tratamiento en cualquier momento, avisándolo a la profesional.</w:t>
      </w:r>
    </w:p>
    <w:p>
      <w:r>
        <w:rPr>
          <w:b/>
          <w:sz w:val="20"/>
        </w:rPr>
        <w:t>Con esta información, autorizo el tratamiento descrito.</w:t>
      </w:r>
    </w:p>
    <w:p>
      <w:pPr>
        <w:spacing w:before="160"/>
        <w:shd w:val="clear" w:color="auto" w:fill="0F1A2B"/>
      </w:pPr>
      <w:r>
        <w:rPr>
          <w:b/>
          <w:color w:val="FFFFFF"/>
          <w:sz w:val="22"/>
        </w:rPr>
        <w:t xml:space="preserve"> 5. Fotografías de antes y después</w:t>
      </w:r>
    </w:p>
    <w:p>
      <w:r>
        <w:rPr>
          <w:sz w:val="22"/>
        </w:rPr>
        <w:t xml:space="preserve">☐  </w:t>
      </w:r>
      <w:r>
        <w:t>Autorizo fotos solo para mi ficha y el seguimiento del tratamiento.</w:t>
      </w:r>
    </w:p>
    <w:p>
      <w:r>
        <w:rPr>
          <w:sz w:val="22"/>
        </w:rPr>
        <w:t xml:space="preserve">☐  </w:t>
      </w:r>
      <w:r>
        <w:t>Autorizo además su uso en redes sociales o publicidad del centro, sin mostrar mi nombre.</w:t>
      </w:r>
    </w:p>
    <w:p>
      <w:r>
        <w:rPr>
          <w:sz w:val="22"/>
        </w:rPr>
        <w:t xml:space="preserve">☐  </w:t>
      </w:r>
      <w:r>
        <w:t>No autorizo fotografías.</w:t>
      </w:r>
    </w:p>
    <w:p>
      <w:pPr>
        <w:spacing w:before="160"/>
        <w:shd w:val="clear" w:color="auto" w:fill="0F1A2B"/>
      </w:pPr>
      <w:r>
        <w:rPr>
          <w:b/>
          <w:color w:val="FFFFFF"/>
          <w:sz w:val="22"/>
        </w:rPr>
        <w:t xml:space="preserve"> 6. Firmas</w:t>
      </w:r>
    </w:p>
    <w:p>
      <w:pPr>
        <w:spacing w:before="120"/>
      </w:pPr>
      <w:r>
        <w:rPr>
          <w:color w:val="555555"/>
          <w:sz w:val="17"/>
        </w:rPr>
        <w:t xml:space="preserve">Firma de la paciente: </w:t>
      </w:r>
      <w:r>
        <w:t>_______________________</w:t>
      </w:r>
      <w:r>
        <w:rPr>
          <w:color w:val="555555"/>
          <w:sz w:val="17"/>
        </w:rPr>
        <w:t xml:space="preserve">     RUT: </w:t>
      </w:r>
      <w:r>
        <w:t>_______________________</w:t>
      </w:r>
      <w:r>
        <w:rPr>
          <w:color w:val="555555"/>
          <w:sz w:val="17"/>
        </w:rPr>
        <w:t xml:space="preserve">     Fecha: </w:t>
      </w:r>
      <w:r>
        <w:t>_______________________</w:t>
      </w:r>
    </w:p>
    <w:p>
      <w:pPr>
        <w:spacing w:before="120"/>
      </w:pPr>
      <w:r>
        <w:rPr>
          <w:color w:val="555555"/>
          <w:sz w:val="17"/>
        </w:rPr>
        <w:t xml:space="preserve">Firma de la profesional: </w:t>
      </w:r>
      <w:r>
        <w:t>___________________________________</w:t>
      </w:r>
      <w:r>
        <w:rPr>
          <w:color w:val="555555"/>
          <w:sz w:val="17"/>
        </w:rPr>
        <w:t xml:space="preserve">     Nombre y profesión: </w:t>
      </w:r>
      <w:r>
        <w:t>___________________________________</w:t>
      </w:r>
    </w:p>
    <w:p>
      <w:pPr>
        <w:spacing w:before="120"/>
      </w:pPr>
      <w:r>
        <w:rPr>
          <w:color w:val="555555"/>
          <w:sz w:val="17"/>
        </w:rPr>
        <w:t xml:space="preserve">Si es menor de edad: firma de la madre, padre o tutor: </w:t>
      </w:r>
      <w:r>
        <w:t>______________________________________________________________________</w:t>
      </w:r>
    </w:p>
    <w:p>
      <w:r>
        <w:br w:type="page"/>
      </w:r>
    </w:p>
    <w:p>
      <w:r>
        <w:rPr>
          <w:b/>
          <w:color w:val="0F1A2B"/>
          <w:sz w:val="36"/>
        </w:rPr>
        <w:t>Anexo por tratamiento</w:t>
      </w:r>
    </w:p>
    <w:p>
      <w:r>
        <w:rPr>
          <w:color w:val="555555"/>
          <w:sz w:val="18"/>
        </w:rPr>
        <w:t>Paciente: ______________________________</w:t>
      </w:r>
    </w:p>
    <w:p>
      <w:r>
        <w:rPr>
          <w:b w:val="0"/>
          <w:color w:val="555555"/>
          <w:sz w:val="18"/>
        </w:rPr>
        <w:t>Marca el anexo que corresponde y complétalo con tu técnica, tus productos y tu equipo. Los textos son ejemplos de lo que suele explicarse; la profesional los revisa y adapta.</w:t>
      </w:r>
    </w:p>
    <w:p>
      <w:pPr>
        <w:spacing w:before="140"/>
      </w:pPr>
      <w:r>
        <w:rPr>
          <w:b/>
          <w:sz w:val="22"/>
        </w:rPr>
        <w:t>☐  A1. Limpieza facial</w:t>
      </w:r>
    </w:p>
    <w:p>
      <w:r>
        <w:rPr>
          <w:b/>
        </w:rPr>
        <w:t xml:space="preserve">Efectos posibles: </w:t>
      </w:r>
      <w:r>
        <w:t>Enrojecimiento y sensibilidad por algunas horas, y a veces granitos los días siguientes mientras la piel se limpia.</w:t>
      </w:r>
    </w:p>
    <w:p>
      <w:r>
        <w:rPr>
          <w:b/>
        </w:rPr>
        <w:t xml:space="preserve">Cuidados: </w:t>
      </w:r>
      <w:r>
        <w:t>Protector solar, no manipular la piel y evitar exfoliantes por unos días.</w:t>
      </w:r>
    </w:p>
    <w:p>
      <w:pPr>
        <w:spacing w:before="120"/>
      </w:pPr>
      <w:r>
        <w:rPr>
          <w:color w:val="555555"/>
          <w:sz w:val="17"/>
        </w:rPr>
        <w:t xml:space="preserve">Notas: </w:t>
      </w:r>
      <w:r>
        <w:t>______________________________________________________________________</w:t>
      </w:r>
    </w:p>
    <w:p>
      <w:pPr>
        <w:spacing w:before="140"/>
      </w:pPr>
      <w:r>
        <w:rPr>
          <w:b/>
          <w:sz w:val="22"/>
        </w:rPr>
        <w:t>☐  A2. Peeling químico</w:t>
      </w:r>
    </w:p>
    <w:p>
      <w:r>
        <w:rPr>
          <w:b/>
        </w:rPr>
        <w:t xml:space="preserve">Efectos posibles: </w:t>
      </w:r>
      <w:r>
        <w:t>Enrojecimiento, ardor durante la aplicación y descamación los días siguientes. Con sol, riesgo de manchas.</w:t>
      </w:r>
    </w:p>
    <w:p>
      <w:r>
        <w:rPr>
          <w:b/>
        </w:rPr>
        <w:t xml:space="preserve">Cuidados: </w:t>
      </w:r>
      <w:r>
        <w:t>Protector solar estricto, no arrancar la piel que se descama, sin exfoliantes ni ácidos en casa hasta que se indique.</w:t>
      </w:r>
    </w:p>
    <w:p>
      <w:r>
        <w:rPr>
          <w:b/>
        </w:rPr>
        <w:t xml:space="preserve">Antes de empezar: </w:t>
      </w:r>
      <w:r>
        <w:t>Pregunta por embarazo, herpes activo y uso reciente de isotretinoína.</w:t>
      </w:r>
    </w:p>
    <w:p>
      <w:pPr>
        <w:spacing w:before="120"/>
      </w:pPr>
      <w:r>
        <w:rPr>
          <w:color w:val="555555"/>
          <w:sz w:val="17"/>
        </w:rPr>
        <w:t xml:space="preserve">Notas: </w:t>
      </w:r>
      <w:r>
        <w:t>______________________________________________________________________</w:t>
      </w:r>
    </w:p>
    <w:p>
      <w:pPr>
        <w:spacing w:before="140"/>
      </w:pPr>
      <w:r>
        <w:rPr>
          <w:b/>
          <w:sz w:val="22"/>
        </w:rPr>
        <w:t>☐  A3. Depilación láser</w:t>
      </w:r>
    </w:p>
    <w:p>
      <w:r>
        <w:rPr>
          <w:b/>
        </w:rPr>
        <w:t xml:space="preserve">Efectos posibles: </w:t>
      </w:r>
      <w:r>
        <w:t>Enrojecimiento e hinchazón alrededor de cada folículo por algunas horas. Con poca frecuencia, quemaduras o cambios de color de la piel.</w:t>
      </w:r>
    </w:p>
    <w:p>
      <w:r>
        <w:rPr>
          <w:b/>
        </w:rPr>
        <w:t xml:space="preserve">Cuidados: </w:t>
      </w:r>
      <w:r>
        <w:t>Sin sol ni autobronceante antes y después, no usar cera ni pinzas entre sesiones (sí rasuradora).</w:t>
      </w:r>
    </w:p>
    <w:p>
      <w:r>
        <w:rPr>
          <w:b/>
        </w:rPr>
        <w:t xml:space="preserve">Antes de empezar: </w:t>
      </w:r>
      <w:r>
        <w:t>Registra el fototipo: define los parámetros del equipo.</w:t>
      </w:r>
    </w:p>
    <w:p>
      <w:pPr>
        <w:spacing w:before="120"/>
      </w:pPr>
      <w:r>
        <w:rPr>
          <w:color w:val="555555"/>
          <w:sz w:val="17"/>
        </w:rPr>
        <w:t xml:space="preserve">Notas: </w:t>
      </w:r>
      <w:r>
        <w:t>______________________________________________________________________</w:t>
      </w:r>
    </w:p>
    <w:p>
      <w:pPr>
        <w:spacing w:before="140"/>
      </w:pPr>
      <w:r>
        <w:rPr>
          <w:b/>
          <w:sz w:val="22"/>
        </w:rPr>
        <w:t>☐  A4. Micropigmentación de cejas o labios</w:t>
      </w:r>
    </w:p>
    <w:p>
      <w:r>
        <w:rPr>
          <w:b/>
        </w:rPr>
        <w:t xml:space="preserve">Efectos posibles: </w:t>
      </w:r>
      <w:r>
        <w:t>Inflamación y costras los primeros días. El color cambia mientras cicatriza y puede requerir un retoque.</w:t>
      </w:r>
    </w:p>
    <w:p>
      <w:r>
        <w:rPr>
          <w:b/>
        </w:rPr>
        <w:t xml:space="preserve">Cuidados: </w:t>
      </w:r>
      <w:r>
        <w:t>No mojar ni rascar la zona, no exponerla al sol y no ir a piscina hasta que cicatrice.</w:t>
      </w:r>
    </w:p>
    <w:p>
      <w:r>
        <w:rPr>
          <w:b/>
        </w:rPr>
        <w:t xml:space="preserve">Antes de empezar: </w:t>
      </w:r>
      <w:r>
        <w:t>Atraviesa la piel: es un procedimiento invasivo, y el consentimiento tiene que constar por escrito.</w:t>
      </w:r>
    </w:p>
    <w:p>
      <w:pPr>
        <w:spacing w:before="120"/>
      </w:pPr>
      <w:r>
        <w:rPr>
          <w:color w:val="555555"/>
          <w:sz w:val="17"/>
        </w:rPr>
        <w:t xml:space="preserve">Notas: </w:t>
      </w:r>
      <w:r>
        <w:t>______________________________________________________________________</w:t>
      </w:r>
    </w:p>
    <w:p>
      <w:pPr>
        <w:spacing w:before="140"/>
      </w:pPr>
      <w:r>
        <w:rPr>
          <w:b/>
          <w:sz w:val="22"/>
        </w:rPr>
        <w:t>☐  A5. Lifting de pestañas</w:t>
      </w:r>
    </w:p>
    <w:p>
      <w:r>
        <w:rPr>
          <w:b/>
        </w:rPr>
        <w:t xml:space="preserve">Efectos posibles: </w:t>
      </w:r>
      <w:r>
        <w:t>Irritación o ardor si el producto toca el ojo, y con poca frecuencia alergia al producto.</w:t>
      </w:r>
    </w:p>
    <w:p>
      <w:r>
        <w:rPr>
          <w:b/>
        </w:rPr>
        <w:t xml:space="preserve">Cuidados: </w:t>
      </w:r>
      <w:r>
        <w:t>No mojar las pestañas ni usar máscara por 24 horas.</w:t>
      </w:r>
    </w:p>
    <w:p>
      <w:r>
        <w:rPr>
          <w:b/>
        </w:rPr>
        <w:t xml:space="preserve">Antes de empezar: </w:t>
      </w:r>
      <w:r>
        <w:t>Pregunta por alergias y por lentes de contacto; ante la duda, haz una prueba previa del producto.</w:t>
      </w:r>
    </w:p>
    <w:p>
      <w:pPr>
        <w:spacing w:before="120"/>
      </w:pPr>
      <w:r>
        <w:rPr>
          <w:color w:val="555555"/>
          <w:sz w:val="17"/>
        </w:rPr>
        <w:t xml:space="preserve">Notas: </w:t>
      </w:r>
      <w:r>
        <w:t>______________________________________________________________________</w:t>
      </w:r>
    </w:p>
    <w:p>
      <w:pPr>
        <w:spacing w:before="140"/>
      </w:pPr>
      <w:r>
        <w:rPr>
          <w:b/>
          <w:sz w:val="22"/>
        </w:rPr>
        <w:t>☐  A6. Tratamientos corporales</w:t>
      </w:r>
    </w:p>
    <w:p>
      <w:r>
        <w:rPr>
          <w:b/>
        </w:rPr>
        <w:t xml:space="preserve">Efectos posibles: </w:t>
      </w:r>
      <w:r>
        <w:t>Enrojecimiento, calor o sensibilidad en la zona tratada, según el equipo (radiofrecuencia, cavitación, masajes).</w:t>
      </w:r>
    </w:p>
    <w:p>
      <w:r>
        <w:rPr>
          <w:b/>
        </w:rPr>
        <w:t xml:space="preserve">Cuidados: </w:t>
      </w:r>
      <w:r>
        <w:t>Hidratación y las indicaciones de cada equipo; los resultados dependen también de la alimentación y la actividad física.</w:t>
      </w:r>
    </w:p>
    <w:p>
      <w:r>
        <w:rPr>
          <w:b/>
        </w:rPr>
        <w:t xml:space="preserve">Antes de empezar: </w:t>
      </w:r>
      <w:r>
        <w:t>Pregunta por embarazo, marcapasos e implantes metálicos antes de usar aparatología.</w:t>
      </w:r>
    </w:p>
    <w:p>
      <w:pPr>
        <w:spacing w:before="120"/>
      </w:pPr>
      <w:r>
        <w:rPr>
          <w:color w:val="555555"/>
          <w:sz w:val="17"/>
        </w:rPr>
        <w:t xml:space="preserve">Notas: </w:t>
      </w:r>
      <w:r>
        <w:t>______________________________________________________________________</w:t>
      </w:r>
    </w:p>
    <w:p>
      <w:pPr>
        <w:spacing w:before="140"/>
      </w:pPr>
      <w:r>
        <w:rPr>
          <w:b/>
          <w:sz w:val="22"/>
        </w:rPr>
        <w:t>☐  A7. Otro tratamiento: ______________________</w:t>
      </w:r>
    </w:p>
    <w:p>
      <w:pPr>
        <w:spacing w:before="120"/>
      </w:pPr>
      <w:r>
        <w:rPr>
          <w:color w:val="555555"/>
          <w:sz w:val="17"/>
        </w:rPr>
        <w:t xml:space="preserve">Efectos posibles y cuidados: </w:t>
      </w:r>
      <w:r>
        <w:t>______________________________________________________________________</w:t>
      </w:r>
    </w:p>
    <w:p>
      <w:pPr>
        <w:spacing w:before="120"/>
      </w:pPr>
      <w:r>
        <w:rPr>
          <w:color w:val="555555"/>
          <w:sz w:val="17"/>
        </w:rPr>
        <w:t xml:space="preserve">Firma de la paciente: </w:t>
      </w:r>
      <w:r>
        <w:t>_______________________</w:t>
      </w:r>
      <w:r>
        <w:rPr>
          <w:color w:val="555555"/>
          <w:sz w:val="17"/>
        </w:rPr>
        <w:t xml:space="preserve">     RUT: </w:t>
      </w:r>
      <w:r>
        <w:t>_______________________</w:t>
      </w:r>
      <w:r>
        <w:rPr>
          <w:color w:val="555555"/>
          <w:sz w:val="17"/>
        </w:rPr>
        <w:t xml:space="preserve">     Fecha: </w:t>
      </w:r>
      <w:r>
        <w:t>_______________________</w:t>
      </w:r>
    </w:p>
    <w:p>
      <w:pPr>
        <w:spacing w:before="120"/>
      </w:pPr>
      <w:r>
        <w:rPr>
          <w:color w:val="555555"/>
          <w:sz w:val="17"/>
        </w:rPr>
        <w:t xml:space="preserve">Firma de la profesional: </w:t>
      </w:r>
      <w:r>
        <w:t>___________________________________</w:t>
      </w:r>
      <w:r>
        <w:rPr>
          <w:color w:val="555555"/>
          <w:sz w:val="17"/>
        </w:rPr>
        <w:t xml:space="preserve">     Nombre y profesión: </w:t>
      </w:r>
      <w:r>
        <w:t>___________________________________</w:t>
      </w:r>
    </w:p>
    <w:p>
      <w:pPr>
        <w:spacing w:before="200"/>
      </w:pPr>
      <w:r>
        <w:rPr>
          <w:b w:val="0"/>
          <w:color w:val="555555"/>
          <w:sz w:val="15"/>
        </w:rPr>
        <w:t>Plantilla de referencia de SynapTech (synaptechspa.cl/recursos/consentimiento-informado-estetica). No es asesoría legal: revisa con tu asesor lo que exige la normativa a tu tipo de establecimiento. Con SynapTech tu paciente acepta el consentimiento al reservar y queda guardado en su ficha.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Consentimiento informado para estética</dc:title>
  <dc:subject/>
  <dc:creator>SynapTech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